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Online Admission (Sample Fill)</w:t>
      </w:r>
    </w:p>
    <w:p>
      <w:pPr>
        <w:pStyle w:val="Heading2"/>
      </w:pPr>
      <w:r>
        <w:t>Online Admission Form Setting</w:t>
      </w:r>
    </w:p>
    <w:p>
      <w:r>
        <w:t>Admission Form Title: 2025-26 Online Admission</w:t>
      </w:r>
    </w:p>
    <w:p>
      <w:r>
        <w:t>Academic Year: 2025-2026</w:t>
      </w:r>
    </w:p>
    <w:p>
      <w:r>
        <w:t>Admission Start Date: 01-Apr-2025</w:t>
      </w:r>
    </w:p>
    <w:p>
      <w:r>
        <w:t>Admission End Date: 31-May-2025</w:t>
      </w:r>
    </w:p>
    <w:p>
      <w:r>
        <w:t>Max Applicants: 500</w:t>
      </w:r>
    </w:p>
    <w:p>
      <w:r>
        <w:t>Status: Open</w:t>
      </w:r>
    </w:p>
    <w:p>
      <w:pPr>
        <w:pStyle w:val="Heading2"/>
      </w:pPr>
      <w:r>
        <w:t>Online Admission Fields Setting</w:t>
      </w:r>
    </w:p>
    <w:p>
      <w:pPr>
        <w:pStyle w:val="ListBullet"/>
      </w:pPr>
      <w:r>
        <w:t>Student Name: ✅</w:t>
      </w:r>
    </w:p>
    <w:p>
      <w:pPr>
        <w:pStyle w:val="ListBullet"/>
      </w:pPr>
      <w:r>
        <w:t>Date of Birth: ✅</w:t>
      </w:r>
    </w:p>
    <w:p>
      <w:pPr>
        <w:pStyle w:val="ListBullet"/>
      </w:pPr>
      <w:r>
        <w:t>Gender: ✅</w:t>
      </w:r>
    </w:p>
    <w:p>
      <w:pPr>
        <w:pStyle w:val="ListBullet"/>
      </w:pPr>
      <w:r>
        <w:t>Nationality: ✅</w:t>
      </w:r>
    </w:p>
    <w:p>
      <w:pPr>
        <w:pStyle w:val="ListBullet"/>
      </w:pPr>
      <w:r>
        <w:t>Address: ✅</w:t>
      </w:r>
    </w:p>
    <w:p>
      <w:pPr>
        <w:pStyle w:val="ListBullet"/>
      </w:pPr>
      <w:r>
        <w:t>Parent/Guardian Name: ✅</w:t>
      </w:r>
    </w:p>
    <w:p>
      <w:pPr>
        <w:pStyle w:val="ListBullet"/>
      </w:pPr>
      <w:r>
        <w:t>Parent Contact Number: ✅</w:t>
      </w:r>
    </w:p>
    <w:p>
      <w:pPr>
        <w:pStyle w:val="ListBullet"/>
      </w:pPr>
      <w:r>
        <w:t>Email Address: ✅</w:t>
      </w:r>
    </w:p>
    <w:p>
      <w:pPr>
        <w:pStyle w:val="ListBullet"/>
      </w:pPr>
      <w:r>
        <w:t>Previous School/College: ✅</w:t>
      </w:r>
    </w:p>
    <w:p>
      <w:pPr>
        <w:pStyle w:val="ListBullet"/>
      </w:pPr>
      <w:r>
        <w:t>Class Applied For: Grade 11 – Science</w:t>
      </w:r>
    </w:p>
    <w:p>
      <w:pPr>
        <w:pStyle w:val="ListBullet"/>
      </w:pPr>
      <w:r>
        <w:t>Upload Passport Photo: ✅</w:t>
      </w:r>
    </w:p>
    <w:p>
      <w:pPr>
        <w:pStyle w:val="ListBullet"/>
      </w:pPr>
      <w:r>
        <w:t>Upload Previous Marksheet: ✅</w:t>
      </w:r>
    </w:p>
    <w:p>
      <w:pPr>
        <w:pStyle w:val="Heading2"/>
      </w:pPr>
      <w:r>
        <w:t>Online Admission Payment Option</w:t>
      </w:r>
    </w:p>
    <w:p>
      <w:r>
        <w:t>Enable Payment: ✅</w:t>
      </w:r>
    </w:p>
    <w:p>
      <w:r>
        <w:t>Payment Gateway: Esewa</w:t>
      </w:r>
    </w:p>
    <w:p>
      <w:r>
        <w:t>Admission Fee: Rs. 2,500</w:t>
      </w:r>
    </w:p>
    <w:p>
      <w:r>
        <w:t>Currency: NPR</w:t>
      </w:r>
    </w:p>
    <w:p>
      <w:r>
        <w:t>Payment Status: Pending</w:t>
      </w:r>
    </w:p>
    <w:p>
      <w:pPr>
        <w:pStyle w:val="Heading2"/>
      </w:pPr>
      <w:r>
        <w:t>Upload Admission Application Form</w:t>
      </w:r>
    </w:p>
    <w:p>
      <w:r>
        <w:t>📎 admission_form_sample.pdf uploaded successfully</w:t>
      </w:r>
    </w:p>
    <w:p>
      <w:pPr>
        <w:pStyle w:val="Heading2"/>
      </w:pPr>
      <w:r>
        <w:t>Online Admission Instructions</w:t>
      </w:r>
    </w:p>
    <w:p>
      <w:pPr>
        <w:pStyle w:val="ListNumber"/>
      </w:pPr>
      <w:r>
        <w:t>Fill all mandatory fields marked with *</w:t>
      </w:r>
    </w:p>
    <w:p>
      <w:pPr>
        <w:pStyle w:val="ListNumber"/>
      </w:pPr>
      <w:r>
        <w:t>Upload scanned copies of documents (JPEG/PDF max 5MB)</w:t>
      </w:r>
    </w:p>
    <w:p>
      <w:pPr>
        <w:pStyle w:val="ListNumber"/>
      </w:pPr>
      <w:r>
        <w:t>Pay the admission fee online before submission</w:t>
      </w:r>
    </w:p>
    <w:p>
      <w:pPr>
        <w:pStyle w:val="ListNumber"/>
      </w:pPr>
      <w:r>
        <w:t>Download and print the confirmation slip</w:t>
      </w:r>
    </w:p>
    <w:p>
      <w:pPr>
        <w:pStyle w:val="Heading2"/>
      </w:pPr>
      <w:r>
        <w:t>Terms &amp; Conditions</w:t>
      </w:r>
    </w:p>
    <w:p>
      <w:r>
        <w:t>☑ I hereby declare that all information provided is true and correct.</w:t>
      </w:r>
    </w:p>
    <w:p>
      <w:r>
        <w:t>☑ I accept that the institution may reject the application if documents are invalid.</w:t>
      </w:r>
    </w:p>
    <w:p>
      <w:r>
        <w:t>☑ I agree to follow the school’s admission policies.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